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45DE8E" w14:textId="2888DD76" w:rsidR="00DF1F12" w:rsidRPr="007B5D9E" w:rsidRDefault="007B5D9E">
      <w:pPr>
        <w:pStyle w:val="Heading1"/>
        <w:rPr>
          <w:sz w:val="32"/>
          <w:szCs w:val="32"/>
        </w:rPr>
      </w:pPr>
      <w:r w:rsidRPr="007B5D9E">
        <w:rPr>
          <w:noProof/>
          <w:sz w:val="32"/>
          <w:szCs w:val="32"/>
        </w:rPr>
        <w:drawing>
          <wp:anchor distT="0" distB="0" distL="114300" distR="114300" simplePos="0" relativeHeight="251659264" behindDoc="0" locked="0" layoutInCell="1" allowOverlap="1" wp14:anchorId="60094BD4" wp14:editId="3B16E6B3">
            <wp:simplePos x="0" y="0"/>
            <wp:positionH relativeFrom="column">
              <wp:posOffset>4414465</wp:posOffset>
            </wp:positionH>
            <wp:positionV relativeFrom="paragraph">
              <wp:posOffset>22860</wp:posOffset>
            </wp:positionV>
            <wp:extent cx="1509395" cy="977265"/>
            <wp:effectExtent l="0" t="0" r="1905" b="635"/>
            <wp:wrapNone/>
            <wp:docPr id="591823546" name="Picture 1" descr="BYU Civil and Construction Engineering | Linked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YU Civil and Construction Engineering | LinkedIn"/>
                    <pic:cNvPicPr>
                      <a:picLocks noChangeAspect="1" noChangeArrowheads="1"/>
                    </pic:cNvPicPr>
                  </pic:nvPicPr>
                  <pic:blipFill rotWithShape="1">
                    <a:blip r:embed="rId6">
                      <a:extLst>
                        <a:ext uri="{28A0092B-C50C-407E-A947-70E740481C1C}">
                          <a14:useLocalDpi xmlns:a14="http://schemas.microsoft.com/office/drawing/2010/main" val="0"/>
                        </a:ext>
                      </a:extLst>
                    </a:blip>
                    <a:srcRect t="17381" b="17855"/>
                    <a:stretch/>
                  </pic:blipFill>
                  <pic:spPr bwMode="auto">
                    <a:xfrm>
                      <a:off x="0" y="0"/>
                      <a:ext cx="1509395" cy="977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00000" w:rsidRPr="007B5D9E">
        <w:rPr>
          <w:sz w:val="32"/>
          <w:szCs w:val="32"/>
        </w:rPr>
        <w:t>Experiential Learning Final Reflection Template</w:t>
      </w:r>
      <w:r w:rsidRPr="007B5D9E">
        <w:rPr>
          <w:sz w:val="32"/>
          <w:szCs w:val="32"/>
        </w:rPr>
        <w:t xml:space="preserve"> </w:t>
      </w:r>
      <w:r w:rsidRPr="007B5D9E">
        <w:rPr>
          <w:sz w:val="32"/>
          <w:szCs w:val="32"/>
        </w:rPr>
        <w:fldChar w:fldCharType="begin"/>
      </w:r>
      <w:r w:rsidRPr="007B5D9E">
        <w:rPr>
          <w:sz w:val="32"/>
          <w:szCs w:val="32"/>
        </w:rPr>
        <w:instrText xml:space="preserve"> INCLUDEPICTURE "https://media.licdn.com/dms/image/v2/C4E0BAQHnBzmKh6i-PQ/company-logo_200_200/company-logo_200_200/0/1635176524259/byu_civil_and_construction_engineering_logo?e=2147483647&amp;v=beta&amp;t=yriCfo2Lx-z7eLesmVD-9O3bc1nSMXZ9uZP4YnlRTPI" \* MERGEFORMATINET </w:instrText>
      </w:r>
      <w:r w:rsidRPr="007B5D9E">
        <w:rPr>
          <w:sz w:val="32"/>
          <w:szCs w:val="32"/>
        </w:rPr>
        <w:fldChar w:fldCharType="separate"/>
      </w:r>
      <w:r w:rsidRPr="007B5D9E">
        <w:rPr>
          <w:sz w:val="32"/>
          <w:szCs w:val="32"/>
        </w:rPr>
        <w:fldChar w:fldCharType="end"/>
      </w:r>
    </w:p>
    <w:p w14:paraId="5177E013" w14:textId="049ED94E" w:rsidR="00DF1F12" w:rsidRDefault="00000000">
      <w:r>
        <w:t>BYU Civil &amp; Construction Engineering – CFM Program</w:t>
      </w:r>
      <w:r w:rsidR="007B5D9E">
        <w:t>s</w:t>
      </w:r>
    </w:p>
    <w:p w14:paraId="661DD11C" w14:textId="77777777" w:rsidR="007B5D9E" w:rsidRDefault="007B5D9E">
      <w:pPr>
        <w:rPr>
          <w:i/>
          <w:iCs/>
        </w:rPr>
      </w:pPr>
    </w:p>
    <w:p w14:paraId="34937C01" w14:textId="5D0337FC" w:rsidR="00237EE9" w:rsidRDefault="00237EE9">
      <w:pPr>
        <w:rPr>
          <w:i/>
          <w:iCs/>
        </w:rPr>
      </w:pPr>
      <w:r w:rsidRPr="00237EE9">
        <w:rPr>
          <w:i/>
          <w:iCs/>
        </w:rPr>
        <w:t xml:space="preserve">The purpose of the final reflection activity is for you to consciously “process” what you learned, how it has shaped your thinking, and how it relates to your future. </w:t>
      </w:r>
      <w:r>
        <w:rPr>
          <w:i/>
          <w:iCs/>
        </w:rPr>
        <w:t xml:space="preserve">Be specific in your descriptions and examples. This is NOT the kind of activity that you would want to use AI to generate ideas.  The learning value IS the writing and reflecting. </w:t>
      </w:r>
    </w:p>
    <w:p w14:paraId="74772B63" w14:textId="77777777" w:rsidR="007B5D9E" w:rsidRPr="007B5D9E" w:rsidRDefault="007B5D9E">
      <w:pPr>
        <w:rPr>
          <w:i/>
          <w:iCs/>
        </w:rPr>
      </w:pPr>
    </w:p>
    <w:p w14:paraId="7EDC27B8" w14:textId="77777777" w:rsidR="00DF1F12" w:rsidRPr="007B5D9E" w:rsidRDefault="00000000">
      <w:pPr>
        <w:pStyle w:val="Heading2"/>
        <w:rPr>
          <w:color w:val="1055CC"/>
          <w:sz w:val="28"/>
          <w:szCs w:val="28"/>
        </w:rPr>
      </w:pPr>
      <w:r w:rsidRPr="007B5D9E">
        <w:rPr>
          <w:color w:val="1055CC"/>
          <w:sz w:val="28"/>
          <w:szCs w:val="28"/>
        </w:rPr>
        <w:t>Student Information</w:t>
      </w:r>
    </w:p>
    <w:p w14:paraId="5EECB07C" w14:textId="13463AD8" w:rsidR="00DF1F12" w:rsidRDefault="00000000">
      <w:r>
        <w:t>Name:</w:t>
      </w:r>
      <w:r w:rsidR="007B5D9E">
        <w:tab/>
      </w:r>
      <w:r w:rsidR="007B5D9E">
        <w:tab/>
      </w:r>
      <w:r w:rsidR="007B5D9E">
        <w:tab/>
      </w:r>
      <w:r w:rsidR="007B5D9E">
        <w:tab/>
      </w:r>
      <w:r w:rsidR="007B5D9E">
        <w:tab/>
      </w:r>
      <w:r w:rsidR="007B5D9E" w:rsidRPr="007B5D9E">
        <w:rPr>
          <w:b/>
          <w:bCs/>
        </w:rPr>
        <w:t>Insert Here</w:t>
      </w:r>
      <w:r>
        <w:br/>
        <w:t>BYU NetID:</w:t>
      </w:r>
      <w:r w:rsidR="007B5D9E">
        <w:tab/>
      </w:r>
      <w:r w:rsidR="007B5D9E">
        <w:tab/>
      </w:r>
      <w:r w:rsidR="007B5D9E">
        <w:tab/>
      </w:r>
      <w:r w:rsidR="007B5D9E">
        <w:tab/>
      </w:r>
      <w:r w:rsidR="007B5D9E" w:rsidRPr="007B5D9E">
        <w:rPr>
          <w:b/>
          <w:bCs/>
        </w:rPr>
        <w:t>Insert Here</w:t>
      </w:r>
      <w:r>
        <w:br/>
        <w:t>Email:</w:t>
      </w:r>
      <w:r w:rsidR="007B5D9E">
        <w:tab/>
      </w:r>
      <w:r w:rsidR="007B5D9E">
        <w:tab/>
      </w:r>
      <w:r w:rsidR="007B5D9E">
        <w:tab/>
      </w:r>
      <w:r w:rsidR="007B5D9E">
        <w:tab/>
      </w:r>
      <w:r w:rsidR="007B5D9E">
        <w:tab/>
      </w:r>
      <w:r w:rsidR="007B5D9E" w:rsidRPr="007B5D9E">
        <w:rPr>
          <w:b/>
          <w:bCs/>
        </w:rPr>
        <w:t>Insert Here</w:t>
      </w:r>
      <w:r>
        <w:br/>
        <w:t>Major (CM or FPM):</w:t>
      </w:r>
      <w:r w:rsidR="007B5D9E">
        <w:tab/>
      </w:r>
      <w:r w:rsidR="007B5D9E">
        <w:tab/>
      </w:r>
      <w:r w:rsidR="007B5D9E">
        <w:tab/>
      </w:r>
      <w:r w:rsidR="007B5D9E" w:rsidRPr="007B5D9E">
        <w:rPr>
          <w:b/>
          <w:bCs/>
        </w:rPr>
        <w:t>Insert Here</w:t>
      </w:r>
      <w:r>
        <w:br/>
        <w:t>Semester(s) of Participation:</w:t>
      </w:r>
      <w:r w:rsidR="007B5D9E">
        <w:tab/>
      </w:r>
      <w:r w:rsidR="007B5D9E">
        <w:tab/>
      </w:r>
      <w:r w:rsidR="007B5D9E" w:rsidRPr="007B5D9E">
        <w:rPr>
          <w:b/>
          <w:bCs/>
        </w:rPr>
        <w:t>Insert Here</w:t>
      </w:r>
      <w:r>
        <w:br/>
        <w:t>Project Title:</w:t>
      </w:r>
      <w:r w:rsidR="007B5D9E">
        <w:tab/>
      </w:r>
      <w:r w:rsidR="007B5D9E">
        <w:tab/>
      </w:r>
      <w:r w:rsidR="007B5D9E">
        <w:tab/>
      </w:r>
      <w:r w:rsidR="007B5D9E">
        <w:tab/>
      </w:r>
      <w:r w:rsidR="007B5D9E" w:rsidRPr="007B5D9E">
        <w:rPr>
          <w:b/>
          <w:bCs/>
        </w:rPr>
        <w:t>Insert Here</w:t>
      </w:r>
      <w:r>
        <w:br/>
        <w:t>Faculty Sponsor:</w:t>
      </w:r>
      <w:r w:rsidR="007B5D9E">
        <w:tab/>
      </w:r>
      <w:r w:rsidR="007B5D9E">
        <w:tab/>
      </w:r>
      <w:r w:rsidR="007B5D9E">
        <w:tab/>
      </w:r>
      <w:r w:rsidR="007B5D9E" w:rsidRPr="007B5D9E">
        <w:rPr>
          <w:b/>
          <w:bCs/>
        </w:rPr>
        <w:t>Insert Here</w:t>
      </w:r>
      <w:r>
        <w:br/>
        <w:t>Total Hours Completed:</w:t>
      </w:r>
      <w:r w:rsidR="007B5D9E">
        <w:tab/>
      </w:r>
      <w:r w:rsidR="007B5D9E">
        <w:tab/>
      </w:r>
      <w:r w:rsidR="007B5D9E" w:rsidRPr="007B5D9E">
        <w:rPr>
          <w:b/>
          <w:bCs/>
        </w:rPr>
        <w:t>Insert Here</w:t>
      </w:r>
    </w:p>
    <w:p w14:paraId="07156762" w14:textId="77777777" w:rsidR="00237EE9" w:rsidRDefault="00237EE9"/>
    <w:p w14:paraId="393B5B97" w14:textId="77777777" w:rsidR="00DF1F12" w:rsidRPr="007B5D9E" w:rsidRDefault="00000000">
      <w:pPr>
        <w:pStyle w:val="Heading2"/>
        <w:rPr>
          <w:color w:val="1055CC"/>
          <w:sz w:val="28"/>
          <w:szCs w:val="28"/>
        </w:rPr>
      </w:pPr>
      <w:r w:rsidRPr="007B5D9E">
        <w:rPr>
          <w:color w:val="1055CC"/>
          <w:sz w:val="28"/>
          <w:szCs w:val="28"/>
        </w:rPr>
        <w:t>1. Overview of Your Experience</w:t>
      </w:r>
    </w:p>
    <w:p w14:paraId="6DB82E21" w14:textId="0C11EBB3" w:rsidR="007B5D9E" w:rsidRDefault="00000000">
      <w:r>
        <w:t xml:space="preserve">Briefly describe your </w:t>
      </w:r>
      <w:proofErr w:type="spellStart"/>
      <w:r>
        <w:t>ExL</w:t>
      </w:r>
      <w:proofErr w:type="spellEnd"/>
      <w:r>
        <w:t xml:space="preserve"> project or experience</w:t>
      </w:r>
      <w:r w:rsidR="007B5D9E">
        <w:t xml:space="preserve"> by answering the following questions</w:t>
      </w:r>
      <w:r>
        <w:t>.</w:t>
      </w:r>
      <w:r w:rsidR="00237EE9">
        <w:t xml:space="preserve"> </w:t>
      </w:r>
      <w:r w:rsidR="00237EE9" w:rsidRPr="007B5D9E">
        <w:rPr>
          <w:i/>
          <w:iCs/>
        </w:rPr>
        <w:t>(This was included in your final report, so no need to be exhaustive in your description here.  It should be 1-paragraph max.</w:t>
      </w:r>
      <w:r w:rsidR="007B5D9E" w:rsidRPr="007B5D9E">
        <w:rPr>
          <w:i/>
          <w:iCs/>
        </w:rPr>
        <w:t>)</w:t>
      </w:r>
    </w:p>
    <w:p w14:paraId="05E6884C" w14:textId="77777777" w:rsidR="007B5D9E" w:rsidRPr="007B5D9E" w:rsidRDefault="00000000" w:rsidP="007B5D9E">
      <w:pPr>
        <w:pStyle w:val="ListParagraph"/>
        <w:numPr>
          <w:ilvl w:val="0"/>
          <w:numId w:val="10"/>
        </w:numPr>
        <w:rPr>
          <w:i/>
          <w:iCs/>
        </w:rPr>
      </w:pPr>
      <w:r>
        <w:t>What organization, event, or setting did it take place in</w:t>
      </w:r>
      <w:r w:rsidR="007B5D9E">
        <w:t>?</w:t>
      </w:r>
    </w:p>
    <w:p w14:paraId="4815DED6" w14:textId="77777777" w:rsidR="007B5D9E" w:rsidRPr="007B5D9E" w:rsidRDefault="00000000" w:rsidP="007B5D9E">
      <w:pPr>
        <w:pStyle w:val="ListParagraph"/>
        <w:numPr>
          <w:ilvl w:val="0"/>
          <w:numId w:val="10"/>
        </w:numPr>
        <w:rPr>
          <w:i/>
          <w:iCs/>
        </w:rPr>
      </w:pPr>
      <w:r>
        <w:t>What were your responsibilities?</w:t>
      </w:r>
    </w:p>
    <w:p w14:paraId="353581D4" w14:textId="53B45461" w:rsidR="00DF1F12" w:rsidRPr="007B5D9E" w:rsidRDefault="00000000" w:rsidP="007B5D9E">
      <w:pPr>
        <w:pStyle w:val="ListParagraph"/>
        <w:numPr>
          <w:ilvl w:val="0"/>
          <w:numId w:val="10"/>
        </w:numPr>
        <w:rPr>
          <w:i/>
          <w:iCs/>
        </w:rPr>
      </w:pPr>
      <w:r>
        <w:t>What was the outcome or final product (report, presentation, design, etc.)?</w:t>
      </w:r>
    </w:p>
    <w:p w14:paraId="39D5AF37" w14:textId="77777777" w:rsidR="00237EE9" w:rsidRDefault="00237EE9"/>
    <w:p w14:paraId="60C270EA" w14:textId="77777777" w:rsidR="00DF1F12" w:rsidRPr="007B5D9E" w:rsidRDefault="00000000">
      <w:pPr>
        <w:pStyle w:val="Heading2"/>
        <w:rPr>
          <w:color w:val="1055CC"/>
          <w:sz w:val="28"/>
          <w:szCs w:val="28"/>
        </w:rPr>
      </w:pPr>
      <w:r w:rsidRPr="007B5D9E">
        <w:rPr>
          <w:color w:val="1055CC"/>
          <w:sz w:val="28"/>
          <w:szCs w:val="28"/>
        </w:rPr>
        <w:t xml:space="preserve">2. </w:t>
      </w:r>
      <w:r w:rsidRPr="00095DD6">
        <w:rPr>
          <w:color w:val="1055CC"/>
          <w:sz w:val="28"/>
          <w:szCs w:val="28"/>
        </w:rPr>
        <w:t>Learning</w:t>
      </w:r>
      <w:r w:rsidRPr="007B5D9E">
        <w:rPr>
          <w:color w:val="1055CC"/>
          <w:sz w:val="28"/>
          <w:szCs w:val="28"/>
        </w:rPr>
        <w:t xml:space="preserve"> Outcomes Reflection</w:t>
      </w:r>
    </w:p>
    <w:p w14:paraId="1E72A51D" w14:textId="77777777" w:rsidR="00DF1F12" w:rsidRDefault="00000000">
      <w:r>
        <w:t>Reflect on how your experience aligned with each of the following ExL Learning Outcomes. Include at least one concrete example for each.</w:t>
      </w:r>
      <w:r>
        <w:br/>
      </w:r>
    </w:p>
    <w:p w14:paraId="2F3516CA" w14:textId="77777777" w:rsidR="00DF1F12" w:rsidRDefault="00000000">
      <w:r w:rsidRPr="00095DD6">
        <w:rPr>
          <w:i/>
          <w:iCs/>
          <w:color w:val="1055CC"/>
        </w:rPr>
        <w:t>a. Integrate Knowledge and Practice</w:t>
      </w:r>
      <w:r>
        <w:br/>
        <w:t>How did you apply concepts or skills learned in the classroom? What technical or theoretical knowledge did you use in a real-world setting?</w:t>
      </w:r>
      <w:r>
        <w:br/>
      </w:r>
    </w:p>
    <w:p w14:paraId="22B80147" w14:textId="77777777" w:rsidR="00DF1F12" w:rsidRDefault="00000000">
      <w:r w:rsidRPr="00095DD6">
        <w:rPr>
          <w:i/>
          <w:iCs/>
          <w:color w:val="1055CC"/>
        </w:rPr>
        <w:lastRenderedPageBreak/>
        <w:t>b. Demonstrate Leadership and Collaboration</w:t>
      </w:r>
      <w:r>
        <w:br/>
        <w:t>Describe your role within a team. How did you practice leadership, communication, or ethical decision-making?</w:t>
      </w:r>
      <w:r>
        <w:br/>
      </w:r>
    </w:p>
    <w:p w14:paraId="0815B59F" w14:textId="77777777" w:rsidR="00DF1F12" w:rsidRDefault="00000000">
      <w:r w:rsidRPr="00095DD6">
        <w:rPr>
          <w:i/>
          <w:iCs/>
          <w:color w:val="1055CC"/>
        </w:rPr>
        <w:t>c. Encourage Lifelong Learning and Stewardship</w:t>
      </w:r>
      <w:r>
        <w:br/>
        <w:t>How did this experience help you grow personally or professionally? Did you gain new insights about sustainability, community improvement, or continuous learning?</w:t>
      </w:r>
    </w:p>
    <w:p w14:paraId="4E6FD503" w14:textId="77777777" w:rsidR="00237EE9" w:rsidRDefault="00237EE9"/>
    <w:p w14:paraId="43E54A69" w14:textId="77777777" w:rsidR="00DF1F12" w:rsidRDefault="00000000">
      <w:pPr>
        <w:pStyle w:val="Heading2"/>
      </w:pPr>
      <w:r w:rsidRPr="007B5D9E">
        <w:rPr>
          <w:color w:val="1055CC"/>
          <w:sz w:val="28"/>
          <w:szCs w:val="28"/>
        </w:rPr>
        <w:t>3. Connection to Broader CFM Topics</w:t>
      </w:r>
    </w:p>
    <w:p w14:paraId="4E647A15" w14:textId="77777777" w:rsidR="00DF1F12" w:rsidRDefault="00000000">
      <w:r>
        <w:t>Address how your experience included or related to at least three of the following themes. Use specific examples:</w:t>
      </w:r>
      <w:r>
        <w:br/>
      </w:r>
    </w:p>
    <w:p w14:paraId="7FAC4C98" w14:textId="77777777" w:rsidR="00DF1F12" w:rsidRDefault="00000000">
      <w:r>
        <w:t>- Advanced technical or scientific applications</w:t>
      </w:r>
      <w:r>
        <w:br/>
        <w:t>- Risk or schedule management</w:t>
      </w:r>
      <w:r>
        <w:br/>
        <w:t>- Project sustainability (materials, methods, etc.)</w:t>
      </w:r>
      <w:r>
        <w:br/>
        <w:t>- Construction systems and constructability</w:t>
      </w:r>
      <w:r>
        <w:br/>
        <w:t>- Leadership and professional behavior</w:t>
      </w:r>
      <w:r>
        <w:br/>
        <w:t>- Construction health and safety</w:t>
      </w:r>
      <w:r>
        <w:br/>
        <w:t>- Use of emerging construction technologies</w:t>
      </w:r>
      <w:r>
        <w:br/>
        <w:t>- Integration of general education topics (ethics, communication, teamwork)</w:t>
      </w:r>
    </w:p>
    <w:p w14:paraId="7C47B381" w14:textId="77777777" w:rsidR="00237EE9" w:rsidRDefault="00237EE9"/>
    <w:p w14:paraId="100362AD" w14:textId="77777777" w:rsidR="00DF1F12" w:rsidRPr="007B5D9E" w:rsidRDefault="00000000">
      <w:pPr>
        <w:pStyle w:val="Heading2"/>
        <w:rPr>
          <w:color w:val="1055CC"/>
          <w:sz w:val="28"/>
          <w:szCs w:val="28"/>
        </w:rPr>
      </w:pPr>
      <w:r w:rsidRPr="007B5D9E">
        <w:rPr>
          <w:color w:val="1055CC"/>
          <w:sz w:val="28"/>
          <w:szCs w:val="28"/>
        </w:rPr>
        <w:t>4. Personal Takeaways</w:t>
      </w:r>
    </w:p>
    <w:p w14:paraId="6CED3946" w14:textId="77777777" w:rsidR="00DF1F12" w:rsidRDefault="00000000">
      <w:r>
        <w:t>What surprised you?</w:t>
      </w:r>
      <w:r>
        <w:br/>
        <w:t>What challenges did you face and how did you overcome them?</w:t>
      </w:r>
      <w:r>
        <w:br/>
        <w:t>How has this experience shaped your future academic, career, or service goals?</w:t>
      </w:r>
    </w:p>
    <w:p w14:paraId="5335060B" w14:textId="77777777" w:rsidR="00237EE9" w:rsidRDefault="00237EE9"/>
    <w:p w14:paraId="63BB15A2" w14:textId="77777777" w:rsidR="00DF1F12" w:rsidRPr="007B5D9E" w:rsidRDefault="00000000">
      <w:pPr>
        <w:pStyle w:val="Heading2"/>
        <w:rPr>
          <w:color w:val="1055CC"/>
          <w:sz w:val="28"/>
          <w:szCs w:val="28"/>
        </w:rPr>
      </w:pPr>
      <w:r w:rsidRPr="007B5D9E">
        <w:rPr>
          <w:color w:val="1055CC"/>
          <w:sz w:val="28"/>
          <w:szCs w:val="28"/>
        </w:rPr>
        <w:t>Submission Instructions:</w:t>
      </w:r>
    </w:p>
    <w:p w14:paraId="1B39D493" w14:textId="4D851000" w:rsidR="00DF1F12" w:rsidRDefault="00000000">
      <w:r>
        <w:t>1. Use this template to write your reflection.</w:t>
      </w:r>
      <w:r>
        <w:br/>
        <w:t>2. Save as a PDF with the file name: LastName_FirstName_ExLReflection</w:t>
      </w:r>
      <w:r w:rsidR="007B5D9E">
        <w:t>_Year_Semester</w:t>
      </w:r>
      <w:r>
        <w:t>.pdf</w:t>
      </w:r>
      <w:r>
        <w:br/>
        <w:t xml:space="preserve">3. Submit to your faculty sponsor and </w:t>
      </w:r>
      <w:r w:rsidR="007B5D9E">
        <w:t xml:space="preserve">upload to Learning Suite for the course you are enrolled in for your </w:t>
      </w:r>
      <w:proofErr w:type="spellStart"/>
      <w:r w:rsidR="007B5D9E">
        <w:t>ExL</w:t>
      </w:r>
      <w:proofErr w:type="spellEnd"/>
      <w:r w:rsidR="007B5D9E">
        <w:t xml:space="preserve"> credit (317/318/319/494, etc.) </w:t>
      </w:r>
      <w:r>
        <w:t xml:space="preserve">by the end of the semester </w:t>
      </w:r>
      <w:r w:rsidR="007B5D9E">
        <w:t xml:space="preserve">(last day of finals) </w:t>
      </w:r>
      <w:r>
        <w:t>in which the project is completed.</w:t>
      </w:r>
    </w:p>
    <w:sectPr w:rsidR="00DF1F12" w:rsidSect="007B5D9E">
      <w:pgSz w:w="12240" w:h="15840"/>
      <w:pgMar w:top="1440" w:right="1440" w:bottom="1233"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Courier">
    <w:panose1 w:val="020703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4916173F"/>
    <w:multiLevelType w:val="hybridMultilevel"/>
    <w:tmpl w:val="E3422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89344445">
    <w:abstractNumId w:val="8"/>
  </w:num>
  <w:num w:numId="2" w16cid:durableId="1279098098">
    <w:abstractNumId w:val="6"/>
  </w:num>
  <w:num w:numId="3" w16cid:durableId="381750822">
    <w:abstractNumId w:val="5"/>
  </w:num>
  <w:num w:numId="4" w16cid:durableId="1355617443">
    <w:abstractNumId w:val="4"/>
  </w:num>
  <w:num w:numId="5" w16cid:durableId="903444409">
    <w:abstractNumId w:val="7"/>
  </w:num>
  <w:num w:numId="6" w16cid:durableId="1534229295">
    <w:abstractNumId w:val="3"/>
  </w:num>
  <w:num w:numId="7" w16cid:durableId="388189302">
    <w:abstractNumId w:val="2"/>
  </w:num>
  <w:num w:numId="8" w16cid:durableId="1832871090">
    <w:abstractNumId w:val="1"/>
  </w:num>
  <w:num w:numId="9" w16cid:durableId="1999453712">
    <w:abstractNumId w:val="0"/>
  </w:num>
  <w:num w:numId="10" w16cid:durableId="3527928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095DD6"/>
    <w:rsid w:val="0015074B"/>
    <w:rsid w:val="00237EE9"/>
    <w:rsid w:val="002507F2"/>
    <w:rsid w:val="0029639D"/>
    <w:rsid w:val="00326F90"/>
    <w:rsid w:val="0069743B"/>
    <w:rsid w:val="007B5D9E"/>
    <w:rsid w:val="00AA1D8D"/>
    <w:rsid w:val="00B47730"/>
    <w:rsid w:val="00CB0664"/>
    <w:rsid w:val="00DF1F12"/>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45DA830"/>
  <w14:defaultImageDpi w14:val="300"/>
  <w15:docId w15:val="{B675F870-3006-CC47-A01A-9EB371943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476</Words>
  <Characters>2717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3187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Andrew South</cp:lastModifiedBy>
  <cp:revision>3</cp:revision>
  <dcterms:created xsi:type="dcterms:W3CDTF">2025-04-09T20:41:00Z</dcterms:created>
  <dcterms:modified xsi:type="dcterms:W3CDTF">2025-04-09T20:41:00Z</dcterms:modified>
  <cp:category/>
</cp:coreProperties>
</file>